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557A" w:rsidRPr="009D6B34" w:rsidRDefault="009D6B34">
      <w:pPr>
        <w:jc w:val="center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-63500</wp:posOffset>
                </wp:positionH>
                <wp:positionV relativeFrom="paragraph">
                  <wp:posOffset>505621</wp:posOffset>
                </wp:positionV>
                <wp:extent cx="6624320" cy="296545"/>
                <wp:effectExtent l="0" t="0" r="24130" b="2730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4320" cy="296545"/>
                          <a:chOff x="0" y="0"/>
                          <a:chExt cx="6624709" cy="296696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20471"/>
                            <a:ext cx="1123950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127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92733E" w:rsidRPr="0092733E" w:rsidRDefault="0092733E">
                              <w:pPr>
                                <w:rPr>
                                  <w:b/>
                                </w:rPr>
                              </w:pPr>
                              <w:proofErr w:type="spellStart"/>
                              <w:r w:rsidRPr="0092733E">
                                <w:rPr>
                                  <w:b/>
                                </w:rPr>
                                <w:t>S.No</w:t>
                              </w:r>
                              <w:proofErr w:type="spellEnd"/>
                              <w:r w:rsidRPr="0092733E">
                                <w:rPr>
                                  <w:b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5281684" y="0"/>
                            <a:ext cx="1343025" cy="2762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1270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:rsidR="0092733E" w:rsidRPr="003810F1" w:rsidRDefault="0092733E" w:rsidP="0092733E">
                              <w:pPr>
                                <w:rPr>
                                  <w:b/>
                                </w:rPr>
                              </w:pPr>
                              <w:bookmarkStart w:id="0" w:name="_GoBack"/>
                              <w:r w:rsidRPr="003810F1">
                                <w:rPr>
                                  <w:b/>
                                </w:rPr>
                                <w:t>Date:</w:t>
                              </w:r>
                              <w:bookmarkEnd w:id="0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left:0;text-align:left;margin-left:-5pt;margin-top:39.8pt;width:521.6pt;height:23.35pt;z-index:251657728" coordsize="66247,29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7" type="#_x0000_t202" style="position:absolute;top:204;width:11239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" fillcolor="white [3201]" strokeweight="1pt">
                  <v:textbox>
                    <w:txbxContent>
                      <w:p w:rsidR="0092733E" w:rsidRPr="0092733E" w:rsidRDefault="0092733E">
                        <w:pPr>
                          <w:rPr>
                            <w:b/>
                          </w:rPr>
                        </w:pPr>
                        <w:proofErr w:type="spellStart"/>
                        <w:r w:rsidRPr="0092733E">
                          <w:rPr>
                            <w:b/>
                          </w:rPr>
                          <w:t>S.No</w:t>
                        </w:r>
                        <w:proofErr w:type="spellEnd"/>
                        <w:r w:rsidRPr="0092733E">
                          <w:rPr>
                            <w:b/>
                          </w:rPr>
                          <w:t xml:space="preserve">. </w:t>
                        </w:r>
                      </w:p>
                    </w:txbxContent>
                  </v:textbox>
                </v:shape>
                <v:shape id="Text Box 2" o:spid="_x0000_s1028" type="#_x0000_t202" style="position:absolute;left:52816;width:13431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" fillcolor="white [3201]" strokeweight="1pt">
                  <v:textbox>
                    <w:txbxContent>
                      <w:p w:rsidR="0092733E" w:rsidRPr="003810F1" w:rsidRDefault="0092733E" w:rsidP="0092733E">
                        <w:pPr>
                          <w:rPr>
                            <w:b/>
                          </w:rPr>
                        </w:pPr>
                        <w:bookmarkStart w:id="1" w:name="_GoBack"/>
                        <w:r w:rsidRPr="003810F1">
                          <w:rPr>
                            <w:b/>
                          </w:rPr>
                          <w:t>Date:</w:t>
                        </w:r>
                        <w:bookmarkEnd w:id="1"/>
                      </w:p>
                    </w:txbxContent>
                  </v:textbox>
                </v:shape>
              </v:group>
            </w:pict>
          </mc:Fallback>
        </mc:AlternateContent>
      </w:r>
      <w:r w:rsidR="0070656E" w:rsidRPr="009D6B34">
        <w:rPr>
          <w:b/>
          <w:sz w:val="28"/>
        </w:rPr>
        <w:t>Form – Requisition of Approval for conducting</w:t>
      </w:r>
      <w:r w:rsidR="0070656E" w:rsidRPr="009D6B34">
        <w:rPr>
          <w:b/>
          <w:sz w:val="28"/>
        </w:rPr>
        <w:br/>
        <w:t>Events / Seminars / Meeting etc.</w:t>
      </w:r>
    </w:p>
    <w:p w:rsidR="0098557A" w:rsidRDefault="0098557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8"/>
        <w:gridCol w:w="3467"/>
        <w:gridCol w:w="4279"/>
        <w:gridCol w:w="2335"/>
      </w:tblGrid>
      <w:tr w:rsidR="0092733E" w:rsidRPr="009D6B34" w:rsidTr="009D6B34">
        <w:trPr>
          <w:trHeight w:val="308"/>
        </w:trPr>
        <w:tc>
          <w:tcPr>
            <w:tcW w:w="398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1.</w:t>
            </w:r>
          </w:p>
        </w:tc>
        <w:tc>
          <w:tcPr>
            <w:tcW w:w="3538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Name of the Event</w:t>
            </w:r>
          </w:p>
        </w:tc>
        <w:tc>
          <w:tcPr>
            <w:tcW w:w="6769" w:type="dxa"/>
            <w:gridSpan w:val="2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</w:p>
        </w:tc>
      </w:tr>
      <w:tr w:rsidR="0092733E" w:rsidRPr="009D6B34" w:rsidTr="009D6B34">
        <w:trPr>
          <w:trHeight w:val="308"/>
        </w:trPr>
        <w:tc>
          <w:tcPr>
            <w:tcW w:w="398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2.</w:t>
            </w:r>
          </w:p>
        </w:tc>
        <w:tc>
          <w:tcPr>
            <w:tcW w:w="3538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Department</w:t>
            </w:r>
          </w:p>
        </w:tc>
        <w:tc>
          <w:tcPr>
            <w:tcW w:w="6769" w:type="dxa"/>
            <w:gridSpan w:val="2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</w:p>
        </w:tc>
      </w:tr>
      <w:tr w:rsidR="0092733E" w:rsidRPr="009D6B34" w:rsidTr="009D6B34">
        <w:trPr>
          <w:trHeight w:val="617"/>
        </w:trPr>
        <w:tc>
          <w:tcPr>
            <w:tcW w:w="398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3.</w:t>
            </w:r>
          </w:p>
        </w:tc>
        <w:tc>
          <w:tcPr>
            <w:tcW w:w="3538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Name of the Organizer</w:t>
            </w:r>
          </w:p>
        </w:tc>
        <w:tc>
          <w:tcPr>
            <w:tcW w:w="4395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</w:p>
        </w:tc>
        <w:tc>
          <w:tcPr>
            <w:tcW w:w="2374" w:type="dxa"/>
            <w:vMerge w:val="restart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Signature</w:t>
            </w:r>
          </w:p>
        </w:tc>
      </w:tr>
      <w:tr w:rsidR="0092733E" w:rsidRPr="009D6B34" w:rsidTr="009D6B34">
        <w:trPr>
          <w:trHeight w:val="617"/>
        </w:trPr>
        <w:tc>
          <w:tcPr>
            <w:tcW w:w="398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4.</w:t>
            </w:r>
          </w:p>
        </w:tc>
        <w:tc>
          <w:tcPr>
            <w:tcW w:w="3538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Phone No. of the Contact person</w:t>
            </w:r>
          </w:p>
        </w:tc>
        <w:tc>
          <w:tcPr>
            <w:tcW w:w="4395" w:type="dxa"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</w:p>
        </w:tc>
        <w:tc>
          <w:tcPr>
            <w:tcW w:w="2374" w:type="dxa"/>
            <w:vMerge/>
            <w:vAlign w:val="center"/>
          </w:tcPr>
          <w:p w:rsidR="0092733E" w:rsidRPr="009D6B34" w:rsidRDefault="0092733E" w:rsidP="009D6B34">
            <w:pPr>
              <w:spacing w:line="480" w:lineRule="auto"/>
              <w:rPr>
                <w:b/>
              </w:rPr>
            </w:pPr>
          </w:p>
        </w:tc>
      </w:tr>
      <w:tr w:rsidR="009D6B34" w:rsidRPr="009D6B34" w:rsidTr="009D6B34">
        <w:trPr>
          <w:trHeight w:val="308"/>
        </w:trPr>
        <w:tc>
          <w:tcPr>
            <w:tcW w:w="398" w:type="dxa"/>
            <w:vAlign w:val="center"/>
          </w:tcPr>
          <w:p w:rsidR="009D6B34" w:rsidRPr="009D6B34" w:rsidRDefault="009D6B34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5.</w:t>
            </w:r>
          </w:p>
        </w:tc>
        <w:tc>
          <w:tcPr>
            <w:tcW w:w="3538" w:type="dxa"/>
            <w:vAlign w:val="center"/>
          </w:tcPr>
          <w:p w:rsidR="009D6B34" w:rsidRPr="009D6B34" w:rsidRDefault="009D6B34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Date:</w:t>
            </w:r>
          </w:p>
        </w:tc>
        <w:tc>
          <w:tcPr>
            <w:tcW w:w="4395" w:type="dxa"/>
            <w:vAlign w:val="center"/>
          </w:tcPr>
          <w:p w:rsidR="009D6B34" w:rsidRPr="009D6B34" w:rsidRDefault="009D6B34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Venue</w:t>
            </w:r>
            <w:r w:rsidRPr="009D6B34">
              <w:rPr>
                <w:b/>
              </w:rPr>
              <w:t>:</w:t>
            </w:r>
          </w:p>
        </w:tc>
        <w:tc>
          <w:tcPr>
            <w:tcW w:w="2374" w:type="dxa"/>
            <w:vAlign w:val="center"/>
          </w:tcPr>
          <w:p w:rsidR="009D6B34" w:rsidRPr="009D6B34" w:rsidRDefault="009D6B34" w:rsidP="009D6B34">
            <w:pPr>
              <w:spacing w:line="480" w:lineRule="auto"/>
              <w:rPr>
                <w:b/>
              </w:rPr>
            </w:pPr>
            <w:r w:rsidRPr="009D6B34">
              <w:rPr>
                <w:b/>
              </w:rPr>
              <w:t>Time</w:t>
            </w:r>
            <w:r w:rsidRPr="009D6B34">
              <w:rPr>
                <w:b/>
              </w:rPr>
              <w:t>:</w:t>
            </w:r>
          </w:p>
        </w:tc>
      </w:tr>
    </w:tbl>
    <w:p w:rsidR="0098557A" w:rsidRDefault="0098557A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98"/>
        <w:gridCol w:w="2356"/>
        <w:gridCol w:w="1710"/>
        <w:gridCol w:w="1889"/>
        <w:gridCol w:w="1386"/>
        <w:gridCol w:w="2740"/>
      </w:tblGrid>
      <w:tr w:rsidR="009D6B34" w:rsidRPr="009D6B34" w:rsidTr="009D6B34">
        <w:trPr>
          <w:trHeight w:val="580"/>
        </w:trPr>
        <w:tc>
          <w:tcPr>
            <w:tcW w:w="186" w:type="pct"/>
            <w:vMerge w:val="restar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1.</w:t>
            </w:r>
          </w:p>
        </w:tc>
        <w:tc>
          <w:tcPr>
            <w:tcW w:w="1125" w:type="pct"/>
            <w:vMerge w:val="restar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VIP Lunch</w:t>
            </w:r>
          </w:p>
        </w:tc>
        <w:tc>
          <w:tcPr>
            <w:tcW w:w="2381" w:type="pct"/>
            <w:gridSpan w:val="3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jc w:val="center"/>
              <w:rPr>
                <w:b/>
              </w:rPr>
            </w:pPr>
            <w:r w:rsidRPr="009D6B34">
              <w:rPr>
                <w:b/>
              </w:rPr>
              <w:t>No. of Guests</w:t>
            </w:r>
          </w:p>
        </w:tc>
        <w:tc>
          <w:tcPr>
            <w:tcW w:w="1308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Responsible Head</w:t>
            </w:r>
          </w:p>
        </w:tc>
      </w:tr>
      <w:tr w:rsidR="009D6B34" w:rsidRPr="009D6B34" w:rsidTr="009D6B34">
        <w:trPr>
          <w:trHeight w:val="290"/>
        </w:trPr>
        <w:tc>
          <w:tcPr>
            <w:tcW w:w="186" w:type="pct"/>
            <w:vMerge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1125" w:type="pct"/>
            <w:vMerge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817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jc w:val="center"/>
              <w:rPr>
                <w:b/>
              </w:rPr>
            </w:pPr>
            <w:r w:rsidRPr="009D6B34">
              <w:rPr>
                <w:b/>
              </w:rPr>
              <w:t>Internal</w:t>
            </w:r>
          </w:p>
        </w:tc>
        <w:tc>
          <w:tcPr>
            <w:tcW w:w="90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jc w:val="center"/>
              <w:rPr>
                <w:b/>
              </w:rPr>
            </w:pPr>
            <w:r w:rsidRPr="009D6B34">
              <w:rPr>
                <w:b/>
              </w:rPr>
              <w:t>External</w:t>
            </w:r>
          </w:p>
        </w:tc>
        <w:tc>
          <w:tcPr>
            <w:tcW w:w="66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jc w:val="center"/>
              <w:rPr>
                <w:b/>
              </w:rPr>
            </w:pPr>
            <w:r w:rsidRPr="009D6B34">
              <w:rPr>
                <w:b/>
              </w:rPr>
              <w:t>Total</w:t>
            </w:r>
          </w:p>
        </w:tc>
        <w:tc>
          <w:tcPr>
            <w:tcW w:w="1308" w:type="pct"/>
            <w:vMerge w:val="restar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Dean (Hostels)</w:t>
            </w:r>
          </w:p>
        </w:tc>
      </w:tr>
      <w:tr w:rsidR="009D6B34" w:rsidRPr="009D6B34" w:rsidTr="009D6B34">
        <w:trPr>
          <w:trHeight w:val="290"/>
        </w:trPr>
        <w:tc>
          <w:tcPr>
            <w:tcW w:w="186" w:type="pct"/>
            <w:vMerge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1125" w:type="pct"/>
            <w:vMerge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817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90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66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1308" w:type="pct"/>
            <w:vMerge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</w:tr>
      <w:tr w:rsidR="0092733E" w:rsidRPr="009D6B34" w:rsidTr="009D6B34">
        <w:trPr>
          <w:trHeight w:val="580"/>
        </w:trPr>
        <w:tc>
          <w:tcPr>
            <w:tcW w:w="186" w:type="pct"/>
            <w:vAlign w:val="center"/>
          </w:tcPr>
          <w:p w:rsidR="0092733E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2.</w:t>
            </w:r>
          </w:p>
        </w:tc>
        <w:tc>
          <w:tcPr>
            <w:tcW w:w="1942" w:type="pct"/>
            <w:gridSpan w:val="2"/>
            <w:vAlign w:val="center"/>
          </w:tcPr>
          <w:p w:rsidR="0092733E" w:rsidRPr="009D6B34" w:rsidRDefault="0092733E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VIP Tea &amp; Snacks</w:t>
            </w:r>
          </w:p>
        </w:tc>
        <w:tc>
          <w:tcPr>
            <w:tcW w:w="1564" w:type="pct"/>
            <w:gridSpan w:val="2"/>
            <w:vAlign w:val="center"/>
          </w:tcPr>
          <w:p w:rsidR="0092733E" w:rsidRPr="009D6B34" w:rsidRDefault="0092733E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Count</w:t>
            </w:r>
          </w:p>
        </w:tc>
        <w:tc>
          <w:tcPr>
            <w:tcW w:w="1308" w:type="pct"/>
            <w:vAlign w:val="center"/>
          </w:tcPr>
          <w:p w:rsidR="0092733E" w:rsidRPr="009D6B34" w:rsidRDefault="0092733E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Dean (Hostels)</w:t>
            </w:r>
          </w:p>
        </w:tc>
      </w:tr>
      <w:tr w:rsidR="0092733E" w:rsidRPr="009D6B34" w:rsidTr="009D6B34">
        <w:trPr>
          <w:trHeight w:val="290"/>
        </w:trPr>
        <w:tc>
          <w:tcPr>
            <w:tcW w:w="186" w:type="pct"/>
            <w:vAlign w:val="center"/>
          </w:tcPr>
          <w:p w:rsidR="0092733E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3.</w:t>
            </w:r>
          </w:p>
        </w:tc>
        <w:tc>
          <w:tcPr>
            <w:tcW w:w="1942" w:type="pct"/>
            <w:gridSpan w:val="2"/>
            <w:vAlign w:val="center"/>
          </w:tcPr>
          <w:p w:rsidR="0092733E" w:rsidRPr="009D6B34" w:rsidRDefault="0092733E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Tea &amp; Snacks</w:t>
            </w:r>
          </w:p>
        </w:tc>
        <w:tc>
          <w:tcPr>
            <w:tcW w:w="1564" w:type="pct"/>
            <w:gridSpan w:val="2"/>
            <w:vAlign w:val="center"/>
          </w:tcPr>
          <w:p w:rsidR="0092733E" w:rsidRPr="009D6B34" w:rsidRDefault="0092733E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Count</w:t>
            </w:r>
          </w:p>
        </w:tc>
        <w:tc>
          <w:tcPr>
            <w:tcW w:w="1308" w:type="pct"/>
            <w:vAlign w:val="center"/>
          </w:tcPr>
          <w:p w:rsidR="0092733E" w:rsidRPr="009D6B34" w:rsidRDefault="0092733E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Dean (Hostels)</w:t>
            </w:r>
          </w:p>
        </w:tc>
      </w:tr>
      <w:tr w:rsidR="009D6B34" w:rsidRPr="009D6B34" w:rsidTr="009D6B34">
        <w:trPr>
          <w:trHeight w:val="580"/>
        </w:trPr>
        <w:tc>
          <w:tcPr>
            <w:tcW w:w="186" w:type="pct"/>
            <w:vMerge w:val="restar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4.</w:t>
            </w:r>
          </w:p>
        </w:tc>
        <w:tc>
          <w:tcPr>
            <w:tcW w:w="1942" w:type="pct"/>
            <w:gridSpan w:val="2"/>
            <w:vMerge w:val="restar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Guest House Accommodation</w:t>
            </w:r>
          </w:p>
        </w:tc>
        <w:tc>
          <w:tcPr>
            <w:tcW w:w="90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No. of Guests</w:t>
            </w:r>
          </w:p>
        </w:tc>
        <w:tc>
          <w:tcPr>
            <w:tcW w:w="66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1308" w:type="pct"/>
            <w:vMerge w:val="restar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Guest House In-charge</w:t>
            </w:r>
          </w:p>
        </w:tc>
      </w:tr>
      <w:tr w:rsidR="009D6B34" w:rsidRPr="009D6B34" w:rsidTr="009D6B34">
        <w:trPr>
          <w:trHeight w:val="580"/>
        </w:trPr>
        <w:tc>
          <w:tcPr>
            <w:tcW w:w="186" w:type="pct"/>
            <w:vMerge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1942" w:type="pct"/>
            <w:gridSpan w:val="2"/>
            <w:vMerge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  <w:tc>
          <w:tcPr>
            <w:tcW w:w="90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From</w:t>
            </w:r>
          </w:p>
        </w:tc>
        <w:tc>
          <w:tcPr>
            <w:tcW w:w="66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To</w:t>
            </w:r>
          </w:p>
        </w:tc>
        <w:tc>
          <w:tcPr>
            <w:tcW w:w="1308" w:type="pct"/>
            <w:vMerge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</w:p>
        </w:tc>
      </w:tr>
      <w:tr w:rsidR="009D6B34" w:rsidRPr="009D6B34" w:rsidTr="009D6B34">
        <w:trPr>
          <w:trHeight w:val="580"/>
        </w:trPr>
        <w:tc>
          <w:tcPr>
            <w:tcW w:w="186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5.</w:t>
            </w:r>
          </w:p>
        </w:tc>
        <w:tc>
          <w:tcPr>
            <w:tcW w:w="1942" w:type="pct"/>
            <w:gridSpan w:val="2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Reception Items</w:t>
            </w:r>
          </w:p>
        </w:tc>
        <w:tc>
          <w:tcPr>
            <w:tcW w:w="90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Yes</w:t>
            </w:r>
          </w:p>
        </w:tc>
        <w:tc>
          <w:tcPr>
            <w:tcW w:w="66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No</w:t>
            </w:r>
          </w:p>
        </w:tc>
        <w:tc>
          <w:tcPr>
            <w:tcW w:w="1308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Programme Manager</w:t>
            </w:r>
          </w:p>
        </w:tc>
      </w:tr>
      <w:tr w:rsidR="009D6B34" w:rsidRPr="009D6B34" w:rsidTr="009D6B34">
        <w:trPr>
          <w:trHeight w:val="580"/>
        </w:trPr>
        <w:tc>
          <w:tcPr>
            <w:tcW w:w="186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6</w:t>
            </w:r>
            <w:r w:rsidRPr="009D6B34">
              <w:rPr>
                <w:b/>
              </w:rPr>
              <w:t>.</w:t>
            </w:r>
          </w:p>
        </w:tc>
        <w:tc>
          <w:tcPr>
            <w:tcW w:w="1942" w:type="pct"/>
            <w:gridSpan w:val="2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Venue</w:t>
            </w:r>
          </w:p>
        </w:tc>
        <w:tc>
          <w:tcPr>
            <w:tcW w:w="90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Yes</w:t>
            </w:r>
          </w:p>
        </w:tc>
        <w:tc>
          <w:tcPr>
            <w:tcW w:w="66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No</w:t>
            </w:r>
          </w:p>
        </w:tc>
        <w:tc>
          <w:tcPr>
            <w:tcW w:w="1308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proofErr w:type="spellStart"/>
            <w:r w:rsidRPr="009D6B34">
              <w:rPr>
                <w:b/>
              </w:rPr>
              <w:t>Programme</w:t>
            </w:r>
            <w:proofErr w:type="spellEnd"/>
            <w:r w:rsidRPr="009D6B34">
              <w:rPr>
                <w:b/>
              </w:rPr>
              <w:t xml:space="preserve"> Manager</w:t>
            </w:r>
          </w:p>
        </w:tc>
      </w:tr>
      <w:tr w:rsidR="009D6B34" w:rsidRPr="009D6B34" w:rsidTr="009D6B34">
        <w:trPr>
          <w:trHeight w:val="568"/>
        </w:trPr>
        <w:tc>
          <w:tcPr>
            <w:tcW w:w="186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7.</w:t>
            </w:r>
          </w:p>
        </w:tc>
        <w:tc>
          <w:tcPr>
            <w:tcW w:w="1942" w:type="pct"/>
            <w:gridSpan w:val="2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Photography</w:t>
            </w:r>
          </w:p>
        </w:tc>
        <w:tc>
          <w:tcPr>
            <w:tcW w:w="90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Yes</w:t>
            </w:r>
          </w:p>
        </w:tc>
        <w:tc>
          <w:tcPr>
            <w:tcW w:w="662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No</w:t>
            </w:r>
          </w:p>
        </w:tc>
        <w:tc>
          <w:tcPr>
            <w:tcW w:w="1308" w:type="pct"/>
            <w:vAlign w:val="center"/>
          </w:tcPr>
          <w:p w:rsidR="009D6B34" w:rsidRPr="009D6B34" w:rsidRDefault="009D6B34" w:rsidP="009D6B34">
            <w:pPr>
              <w:spacing w:before="40" w:after="40" w:line="480" w:lineRule="auto"/>
              <w:rPr>
                <w:b/>
              </w:rPr>
            </w:pPr>
            <w:r w:rsidRPr="009D6B34">
              <w:rPr>
                <w:b/>
              </w:rPr>
              <w:t>Mr. Srinivasa Rao</w:t>
            </w:r>
          </w:p>
        </w:tc>
      </w:tr>
    </w:tbl>
    <w:p w:rsidR="00000000" w:rsidRDefault="0070656E" w:rsidP="009D6B34">
      <w:pPr>
        <w:jc w:val="center"/>
      </w:pPr>
      <w:r>
        <w:br/>
        <w:t>Approval is granted to proceed with the support of the responsible Heads accordingly.</w:t>
      </w:r>
    </w:p>
    <w:p w:rsidR="009D6B34" w:rsidRDefault="009D6B34" w:rsidP="009D6B34">
      <w:pPr>
        <w:spacing w:line="240" w:lineRule="auto"/>
        <w:ind w:left="-142" w:right="142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-236220</wp:posOffset>
                </wp:positionH>
                <wp:positionV relativeFrom="paragraph">
                  <wp:posOffset>769620</wp:posOffset>
                </wp:positionV>
                <wp:extent cx="1986915" cy="549275"/>
                <wp:effectExtent l="1905" t="0" r="190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6915" cy="54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D6B34" w:rsidRPr="003066F4" w:rsidRDefault="009D6B34" w:rsidP="009D6B34">
                            <w:pPr>
                              <w:spacing w:after="8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-18.6pt;margin-top:60.6pt;width:156.45pt;height:43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" stroked="f">
                <v:textbox>
                  <w:txbxContent>
                    <w:p w:rsidR="009D6B34" w:rsidRPr="003066F4" w:rsidRDefault="009D6B34" w:rsidP="009D6B34">
                      <w:pPr>
                        <w:spacing w:after="80" w:line="240" w:lineRule="auto"/>
                        <w:jc w:val="center"/>
                        <w:rPr>
                          <w:rFonts w:ascii="Times New Roman" w:hAnsi="Times New Roman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D6B34" w:rsidRDefault="009D6B34">
      <w:r>
        <w:rPr>
          <w:rFonts w:ascii="Times New Roman" w:hAnsi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208622</wp:posOffset>
                </wp:positionH>
                <wp:positionV relativeFrom="paragraph">
                  <wp:posOffset>17354</wp:posOffset>
                </wp:positionV>
                <wp:extent cx="6223379" cy="564054"/>
                <wp:effectExtent l="0" t="0" r="6350" b="762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3379" cy="564054"/>
                          <a:chOff x="695" y="539"/>
                          <a:chExt cx="10494" cy="916"/>
                        </a:xfrm>
                      </wpg:grpSpPr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95" y="568"/>
                            <a:ext cx="3158" cy="8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D6B34" w:rsidRPr="009D6B34" w:rsidRDefault="009D6B34" w:rsidP="009D6B34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</w:rPr>
                              </w:pPr>
                              <w:r w:rsidRPr="009D6B34">
                                <w:rPr>
                                  <w:b/>
                                </w:rPr>
                                <w:t>Head of the Department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518" y="539"/>
                            <a:ext cx="3229" cy="8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D6B34" w:rsidRPr="009D6B34" w:rsidRDefault="009D6B34" w:rsidP="009D6B34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</w:rPr>
                              </w:pPr>
                              <w:r w:rsidRPr="009D6B34">
                                <w:rPr>
                                  <w:b/>
                                </w:rPr>
                                <w:t>Dean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960" y="590"/>
                            <a:ext cx="3229" cy="8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D6B34" w:rsidRPr="009D6B34" w:rsidRDefault="009D6B34" w:rsidP="009D6B34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</w:rPr>
                              </w:pPr>
                              <w:r w:rsidRPr="009D6B34">
                                <w:rPr>
                                  <w:b/>
                                </w:rPr>
                                <w:t>Registrar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30" style="position:absolute;margin-left:16.45pt;margin-top:1.35pt;width:490.05pt;height:44.4pt;z-index:251663872" coordorigin="695,539" coordsize="10494,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">
                <v:shape id="Text Box 5" o:spid="_x0000_s1031" type="#_x0000_t202" style="position:absolute;left:695;top:568;width:3158;height: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" stroked="f">
                  <v:textbox>
                    <w:txbxContent>
                      <w:p w:rsidR="009D6B34" w:rsidRPr="009D6B34" w:rsidRDefault="009D6B34" w:rsidP="009D6B34">
                        <w:pPr>
                          <w:spacing w:after="0" w:line="240" w:lineRule="auto"/>
                          <w:jc w:val="center"/>
                          <w:rPr>
                            <w:b/>
                          </w:rPr>
                        </w:pPr>
                        <w:r w:rsidRPr="009D6B34">
                          <w:rPr>
                            <w:b/>
                          </w:rPr>
                          <w:t>Head of the Department</w:t>
                        </w:r>
                      </w:p>
                    </w:txbxContent>
                  </v:textbox>
                </v:shape>
                <v:shape id="Text Box 6" o:spid="_x0000_s1032" type="#_x0000_t202" style="position:absolute;left:4518;top:539;width:3229;height: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:rsidR="009D6B34" w:rsidRPr="009D6B34" w:rsidRDefault="009D6B34" w:rsidP="009D6B34">
                        <w:pPr>
                          <w:spacing w:after="0" w:line="240" w:lineRule="auto"/>
                          <w:jc w:val="center"/>
                          <w:rPr>
                            <w:b/>
                          </w:rPr>
                        </w:pPr>
                        <w:r w:rsidRPr="009D6B34">
                          <w:rPr>
                            <w:b/>
                          </w:rPr>
                          <w:t>Dean</w:t>
                        </w:r>
                      </w:p>
                    </w:txbxContent>
                  </v:textbox>
                </v:shape>
                <v:shape id="Text Box 7" o:spid="_x0000_s1033" type="#_x0000_t202" style="position:absolute;left:7960;top:590;width:3229;height: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" stroked="f">
                  <v:textbox>
                    <w:txbxContent>
                      <w:p w:rsidR="009D6B34" w:rsidRPr="009D6B34" w:rsidRDefault="009D6B34" w:rsidP="009D6B34">
                        <w:pPr>
                          <w:spacing w:after="0" w:line="240" w:lineRule="auto"/>
                          <w:jc w:val="center"/>
                          <w:rPr>
                            <w:b/>
                          </w:rPr>
                        </w:pPr>
                        <w:r w:rsidRPr="009D6B34">
                          <w:rPr>
                            <w:b/>
                          </w:rPr>
                          <w:t>Registrar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9D6B34" w:rsidSect="009D6B34">
      <w:headerReference w:type="default" r:id="rId8"/>
      <w:pgSz w:w="12240" w:h="15840"/>
      <w:pgMar w:top="1440" w:right="758" w:bottom="1440" w:left="993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656E" w:rsidRDefault="0070656E" w:rsidP="009D6B34">
      <w:pPr>
        <w:spacing w:after="0" w:line="240" w:lineRule="auto"/>
      </w:pPr>
      <w:r>
        <w:separator/>
      </w:r>
    </w:p>
  </w:endnote>
  <w:endnote w:type="continuationSeparator" w:id="0">
    <w:p w:rsidR="0070656E" w:rsidRDefault="0070656E" w:rsidP="009D6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656E" w:rsidRDefault="0070656E" w:rsidP="009D6B34">
      <w:pPr>
        <w:spacing w:after="0" w:line="240" w:lineRule="auto"/>
      </w:pPr>
      <w:r>
        <w:separator/>
      </w:r>
    </w:p>
  </w:footnote>
  <w:footnote w:type="continuationSeparator" w:id="0">
    <w:p w:rsidR="0070656E" w:rsidRDefault="0070656E" w:rsidP="009D6B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6B34" w:rsidRDefault="009D6B34" w:rsidP="009D6B34">
    <w:pPr>
      <w:pStyle w:val="Header"/>
      <w:jc w:val="center"/>
    </w:pPr>
    <w:r>
      <w:rPr>
        <w:noProof/>
      </w:rPr>
      <w:drawing>
        <wp:inline distT="0" distB="0" distL="0" distR="0">
          <wp:extent cx="2456023" cy="964240"/>
          <wp:effectExtent l="0" t="0" r="1905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VelTech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62408" cy="9667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810F1"/>
    <w:rsid w:val="0070656E"/>
    <w:rsid w:val="0092733E"/>
    <w:rsid w:val="0098557A"/>
    <w:rsid w:val="009D6B34"/>
    <w:rsid w:val="00A3020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5DCBF"/>
  <w14:defaultImageDpi w14:val="300"/>
  <w15:docId w15:val="{8B9A56F9-873F-484D-8CA0-C3579CB64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5974334-0333-4D36-A9CD-0DE6218FE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 RAMA LINGHAM N</dc:creator>
  <cp:keywords/>
  <dc:description>generated by python-docx</dc:description>
  <cp:lastModifiedBy>DA Office</cp:lastModifiedBy>
  <cp:revision>3</cp:revision>
  <dcterms:created xsi:type="dcterms:W3CDTF">2026-01-23T07:37:00Z</dcterms:created>
  <dcterms:modified xsi:type="dcterms:W3CDTF">2026-01-23T07:37:00Z</dcterms:modified>
  <cp:category/>
</cp:coreProperties>
</file>